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 w:val="0"/>
          <w:i w:val="0"/>
          <w:color w:val="C9A227"/>
          <w:sz w:val="16"/>
        </w:rPr>
        <w:t>SMM ПО СЦЕНАРИЮ · АВТОРСКИЙ КУРС</w:t>
      </w:r>
    </w:p>
    <w:p>
      <w:pPr>
        <w:spacing w:after="120"/>
      </w:pPr>
      <w:r>
        <w:rPr>
          <w:b/>
          <w:i w:val="0"/>
          <w:color w:val="5C0F1E"/>
          <w:sz w:val="44"/>
        </w:rPr>
        <w:t>Анкета перед стартом</w:t>
      </w:r>
    </w:p>
    <w:p>
      <w:pPr>
        <w:spacing w:after="200"/>
      </w:pPr>
      <w:r>
        <w:rPr>
          <w:b w:val="0"/>
          <w:i w:val="0"/>
          <w:color w:val="6E6660"/>
          <w:sz w:val="20"/>
        </w:rPr>
        <w:t>Заполни до первой встречи — по ответам я соберу программу под тебя. Можно коротко, можно голосовыми. Если на вопрос нет ответа, так и пиши: «не знаю». Это тоже ответ, и с ним мы тоже работаем.</w:t>
      </w:r>
    </w:p>
    <w:p>
      <w:pPr>
        <w:spacing w:after="280"/>
      </w:pPr>
      <w:r>
        <w:rPr>
          <w:b w:val="0"/>
          <w:i w:val="0"/>
          <w:sz w:val="20"/>
        </w:rPr>
        <w:t>Имя: ____________________________        Дата: ______________</w:t>
      </w:r>
    </w:p>
    <w:p>
      <w:pPr>
        <w:spacing w:after="120"/>
      </w:pPr>
      <w:r>
        <w:rPr>
          <w:b/>
          <w:i w:val="0"/>
          <w:color w:val="5C0F1E"/>
          <w:sz w:val="24"/>
        </w:rPr>
        <w:t>ПРО ТЕБЯ   ·   Чтобы понять, откуда стартуем</w:t>
      </w:r>
    </w:p>
    <w:p>
      <w:pPr>
        <w:spacing w:after="40"/>
      </w:pPr>
      <w:r>
        <w:rPr>
          <w:b/>
          <w:i w:val="0"/>
          <w:sz w:val="21"/>
        </w:rPr>
        <w:t>1. Зачем тебе соцсети: вести свой блог или дело, работать SMM-специалистом или собрать систему на нейросетях? Чем ты занимаешься?</w:t>
      </w:r>
    </w:p>
    <w:p>
      <w:pPr>
        <w:spacing w:after="800"/>
      </w:pPr>
      <w:r>
        <w:rPr>
          <w:color w:val="6E6660"/>
          <w:sz w:val="20"/>
        </w:rPr>
        <w:t xml:space="preserve">Ответ: </w:t>
      </w:r>
    </w:p>
    <w:p>
      <w:pPr>
        <w:spacing w:after="40"/>
      </w:pPr>
      <w:r>
        <w:rPr>
          <w:b/>
          <w:i w:val="0"/>
          <w:sz w:val="21"/>
        </w:rPr>
        <w:t>2. Какой у тебя опыт: с нуля, веду свои соцсети, веду соцсети клиентов? Сколько по времени?</w:t>
      </w:r>
    </w:p>
    <w:p>
      <w:pPr>
        <w:spacing w:after="560"/>
      </w:pPr>
      <w:r>
        <w:rPr>
          <w:color w:val="6E6660"/>
          <w:sz w:val="20"/>
        </w:rPr>
        <w:t xml:space="preserve">Ответ: </w:t>
      </w:r>
    </w:p>
    <w:p>
      <w:pPr>
        <w:spacing w:after="40"/>
      </w:pPr>
      <w:r>
        <w:rPr>
          <w:b/>
          <w:i w:val="0"/>
          <w:sz w:val="21"/>
        </w:rPr>
        <w:t>3. Что уже пробовали и что получилось, а что нет — по ощущениям или по цифрам?</w:t>
      </w:r>
    </w:p>
    <w:p>
      <w:pPr>
        <w:spacing w:after="800"/>
      </w:pPr>
      <w:r>
        <w:rPr>
          <w:color w:val="6E6660"/>
          <w:sz w:val="20"/>
        </w:rPr>
        <w:t xml:space="preserve">Ответ: </w:t>
      </w:r>
    </w:p>
    <w:p>
      <w:pPr>
        <w:spacing w:after="120"/>
      </w:pPr>
      <w:r>
        <w:rPr>
          <w:b/>
          <w:i w:val="0"/>
          <w:color w:val="5C0F1E"/>
          <w:sz w:val="24"/>
        </w:rPr>
        <w:t>ПРО ПРОЕКТ   ·   Свой, компании или учебный</w:t>
      </w:r>
    </w:p>
    <w:p>
      <w:pPr>
        <w:spacing w:after="40"/>
      </w:pPr>
      <w:r>
        <w:rPr>
          <w:b/>
          <w:i w:val="0"/>
          <w:sz w:val="21"/>
        </w:rPr>
        <w:t>4. На каком проекте будем учиться? Ссылки на аккаунты. Если проекта пока нет — так и напиши, подберём учебный.</w:t>
      </w:r>
    </w:p>
    <w:p>
      <w:pPr>
        <w:spacing w:after="560"/>
      </w:pPr>
      <w:r>
        <w:rPr>
          <w:color w:val="6E6660"/>
          <w:sz w:val="20"/>
        </w:rPr>
        <w:t xml:space="preserve">Ответ: </w:t>
      </w:r>
    </w:p>
    <w:p>
      <w:pPr>
        <w:spacing w:after="40"/>
      </w:pPr>
      <w:r>
        <w:rPr>
          <w:b/>
          <w:i w:val="0"/>
          <w:sz w:val="21"/>
        </w:rPr>
        <w:t>5. Кто покупает или обращается? Опиши одного типичного клиента.</w:t>
      </w:r>
    </w:p>
    <w:p>
      <w:pPr>
        <w:spacing w:after="560"/>
      </w:pPr>
      <w:r>
        <w:rPr>
          <w:color w:val="6E6660"/>
          <w:sz w:val="20"/>
        </w:rPr>
        <w:t xml:space="preserve">Ответ: </w:t>
      </w:r>
    </w:p>
    <w:p>
      <w:pPr>
        <w:spacing w:after="40"/>
      </w:pPr>
      <w:r>
        <w:rPr>
          <w:b/>
          <w:i w:val="0"/>
          <w:sz w:val="21"/>
        </w:rPr>
        <w:t>6. Что продаёт проект и откуда сейчас приходят клиенты?</w:t>
      </w:r>
    </w:p>
    <w:p>
      <w:pPr>
        <w:spacing w:after="560"/>
      </w:pPr>
      <w:r>
        <w:rPr>
          <w:color w:val="6E6660"/>
          <w:sz w:val="20"/>
        </w:rPr>
        <w:t xml:space="preserve">Ответ: </w:t>
      </w:r>
    </w:p>
    <w:p>
      <w:pPr>
        <w:spacing w:after="40"/>
      </w:pPr>
      <w:r>
        <w:rPr>
          <w:b/>
          <w:i w:val="0"/>
          <w:sz w:val="21"/>
        </w:rPr>
        <w:t>7. Кто снимает ролики и сколько времени в неделю есть на контент?</w:t>
      </w:r>
    </w:p>
    <w:p>
      <w:pPr>
        <w:spacing w:after="560"/>
      </w:pPr>
      <w:r>
        <w:rPr>
          <w:color w:val="6E6660"/>
          <w:sz w:val="20"/>
        </w:rPr>
        <w:t xml:space="preserve">Ответ: </w:t>
      </w:r>
    </w:p>
    <w:p>
      <w:pPr>
        <w:spacing w:after="120"/>
      </w:pPr>
      <w:r>
        <w:rPr>
          <w:b/>
          <w:i w:val="0"/>
          <w:color w:val="5C0F1E"/>
          <w:sz w:val="24"/>
        </w:rPr>
        <w:t>ПРО ЦЕЛИ</w:t>
      </w:r>
    </w:p>
    <w:p>
      <w:pPr>
        <w:spacing w:after="40"/>
      </w:pPr>
      <w:r>
        <w:rPr>
          <w:b/>
          <w:i w:val="0"/>
          <w:sz w:val="21"/>
        </w:rPr>
        <w:t>8. Что должно измениться к концу курса, чтобы сказать «это того стоило»?</w:t>
      </w:r>
    </w:p>
    <w:p>
      <w:pPr>
        <w:spacing w:after="800"/>
      </w:pPr>
      <w:r>
        <w:rPr>
          <w:color w:val="6E6660"/>
          <w:sz w:val="20"/>
        </w:rPr>
        <w:t xml:space="preserve">Ответ: </w:t>
      </w:r>
    </w:p>
    <w:p>
      <w:pPr>
        <w:spacing w:after="40"/>
      </w:pPr>
      <w:r>
        <w:rPr>
          <w:b/>
          <w:i w:val="0"/>
          <w:sz w:val="21"/>
        </w:rPr>
        <w:t>9. Что сейчас больше всего мешает?</w:t>
      </w:r>
    </w:p>
    <w:p>
      <w:pPr>
        <w:spacing w:after="560"/>
      </w:pPr>
      <w:r>
        <w:rPr>
          <w:color w:val="6E6660"/>
          <w:sz w:val="20"/>
        </w:rPr>
        <w:t xml:space="preserve">Ответ: </w:t>
      </w:r>
    </w:p>
    <w:p>
      <w:pPr>
        <w:spacing w:after="40"/>
      </w:pPr>
      <w:r>
        <w:rPr>
          <w:b/>
          <w:i w:val="0"/>
          <w:sz w:val="21"/>
        </w:rPr>
        <w:t>10. Какие ступени кажутся самыми нужными: азбука, стратегия и личный бренд, упаковка, контент и съёмка, рост и заявки, нейросети, профессия SMM?</w:t>
      </w:r>
    </w:p>
    <w:p>
      <w:pPr>
        <w:spacing w:after="560"/>
      </w:pPr>
      <w:r>
        <w:rPr>
          <w:color w:val="6E6660"/>
          <w:sz w:val="20"/>
        </w:rPr>
        <w:t xml:space="preserve">Ответ: </w:t>
      </w:r>
    </w:p>
    <w:p>
      <w:pPr>
        <w:spacing w:after="120"/>
      </w:pPr>
      <w:r>
        <w:rPr>
          <w:b/>
          <w:i w:val="0"/>
          <w:color w:val="5C0F1E"/>
          <w:sz w:val="24"/>
        </w:rPr>
        <w:t>ПРО ИНСТРУМЕНТЫ</w:t>
      </w:r>
    </w:p>
    <w:p>
      <w:pPr>
        <w:spacing w:after="40"/>
      </w:pPr>
      <w:r>
        <w:rPr>
          <w:b/>
          <w:i w:val="0"/>
          <w:sz w:val="21"/>
        </w:rPr>
        <w:t>11. Какой у тебя телефон и компьютер (Mac или Windows)?</w:t>
      </w:r>
    </w:p>
    <w:p>
      <w:pPr>
        <w:spacing w:after="320"/>
      </w:pPr>
      <w:r>
        <w:rPr>
          <w:color w:val="6E6660"/>
          <w:sz w:val="20"/>
        </w:rPr>
        <w:t xml:space="preserve">Ответ: </w:t>
      </w:r>
    </w:p>
    <w:p>
      <w:pPr>
        <w:spacing w:after="40"/>
      </w:pPr>
      <w:r>
        <w:rPr>
          <w:b/>
          <w:i w:val="0"/>
          <w:sz w:val="21"/>
        </w:rPr>
        <w:t>12. Какими нейросетями пользуешься и для чего?</w:t>
      </w:r>
    </w:p>
    <w:p>
      <w:pPr>
        <w:spacing w:after="560"/>
      </w:pPr>
      <w:r>
        <w:rPr>
          <w:color w:val="6E6660"/>
          <w:sz w:val="20"/>
        </w:rPr>
        <w:t xml:space="preserve">Ответ: </w:t>
      </w:r>
    </w:p>
    <w:p>
      <w:pPr>
        <w:spacing w:after="40"/>
      </w:pPr>
      <w:r>
        <w:rPr>
          <w:b/>
          <w:i w:val="0"/>
          <w:sz w:val="21"/>
        </w:rPr>
        <w:t>13. Интересен ли трек «Система в Claude»? Есть ли подписка Claude?</w:t>
      </w:r>
    </w:p>
    <w:p>
      <w:pPr>
        <w:spacing w:after="320"/>
      </w:pPr>
      <w:r>
        <w:rPr>
          <w:color w:val="6E6660"/>
          <w:sz w:val="20"/>
        </w:rPr>
        <w:t xml:space="preserve">Ответ: </w:t>
      </w:r>
    </w:p>
    <w:p>
      <w:pPr>
        <w:spacing w:after="40"/>
      </w:pPr>
      <w:r>
        <w:rPr>
          <w:b/>
          <w:i w:val="0"/>
          <w:sz w:val="21"/>
        </w:rPr>
        <w:t>14. Был ли опыт монтажа? В чём?</w:t>
      </w:r>
    </w:p>
    <w:p>
      <w:pPr>
        <w:spacing w:after="320"/>
      </w:pPr>
      <w:r>
        <w:rPr>
          <w:color w:val="6E6660"/>
          <w:sz w:val="20"/>
        </w:rPr>
        <w:t xml:space="preserve">Ответ: </w:t>
      </w:r>
    </w:p>
    <w:p>
      <w:pPr>
        <w:spacing w:after="120"/>
      </w:pPr>
      <w:r>
        <w:rPr>
          <w:b/>
          <w:i w:val="0"/>
          <w:color w:val="5C0F1E"/>
          <w:sz w:val="24"/>
        </w:rPr>
        <w:t>ПРО ФОРМАТ</w:t>
      </w:r>
    </w:p>
    <w:p>
      <w:pPr>
        <w:spacing w:after="40"/>
      </w:pPr>
      <w:r>
        <w:rPr>
          <w:b/>
          <w:i w:val="0"/>
          <w:sz w:val="21"/>
        </w:rPr>
        <w:t>15. Сколько встреч в неделю удобно — одна или две? Какие дни и время?</w:t>
      </w:r>
    </w:p>
    <w:p>
      <w:pPr>
        <w:spacing w:after="320"/>
      </w:pPr>
      <w:r>
        <w:rPr>
          <w:color w:val="6E6660"/>
          <w:sz w:val="20"/>
        </w:rPr>
        <w:t xml:space="preserve">Ответ: </w:t>
      </w:r>
    </w:p>
    <w:p>
      <w:pPr>
        <w:spacing w:after="40"/>
      </w:pPr>
      <w:r>
        <w:rPr>
          <w:b/>
          <w:i w:val="0"/>
          <w:sz w:val="21"/>
        </w:rPr>
        <w:t>16. Кто оплачивает курс: ты лично или компания? Нужны ли договор и акт?</w:t>
      </w:r>
    </w:p>
    <w:p>
      <w:pPr>
        <w:spacing w:after="320"/>
      </w:pPr>
      <w:r>
        <w:rPr>
          <w:color w:val="6E6660"/>
          <w:sz w:val="20"/>
        </w:rPr>
        <w:t xml:space="preserve">Ответ: </w:t>
      </w:r>
    </w:p>
    <w:p>
      <w:pPr>
        <w:spacing w:after="80"/>
      </w:pPr>
      <w:r>
        <w:rPr>
          <w:b w:val="0"/>
          <w:i/>
          <w:color w:val="5C0F1E"/>
          <w:sz w:val="20"/>
        </w:rPr>
        <w:t>Заполненную анкету пришли мне в Telegram — @Allenann. Можно файлом, можно голосовыми по каждому пункту.</w:t>
      </w:r>
    </w:p>
    <w:p>
      <w:pPr>
        <w:spacing w:after="80"/>
      </w:pPr>
      <w:r>
        <w:rPr>
          <w:b w:val="0"/>
          <w:i w:val="0"/>
          <w:color w:val="6E6660"/>
          <w:sz w:val="18"/>
        </w:rPr>
        <w:t>Отправляя анкету, ты даёшь согласие на обработку персональных данных по политике на сайте: smm-po-scenariyu.ru/privacy.html. Не указывай данные других людей без их согласия.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